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ציד השווא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סימן השווא במילים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בקול מילים עם שווא בצורה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מילה שיש בה שווא למילה שאין בה שווא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מילה עם שווא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גְּלִידָה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שֻׁלְחָן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וּמְתוּקָה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מתחת לאות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שתי נקודות אנכיות זו מתחת לזו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נראה סימן השווא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שווא יכול להופיע בכל מקום במילה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במילה 'קָרָה' אין סימן שווא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האות גימ"ל בתחילת המילה מנוקדת בשווא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שווא הוא סימן מיוחד ולא תנועה רגילה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נקודות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התאמה: יש שווא או אין שווא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(יש שווא)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(אין שווא)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(יש שווא)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(אין שווא)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(יש שווא)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 במשחק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המשפט שמופיע על המסך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מחפשים בכל מילה סימן שווא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מקישים על המילים שיש בהן שווא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עוברים למשפט הבא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עצמית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שני משפטים תקינים, כל אחד מכיל מילה אחת לפחות עם שווא מסומנת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שתי נקודות אנכיות מתחת לאות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נכונה שיש בה שווא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הנכונה: קרה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את המשחק על הלוח לפני התרגול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לקרוא בקול את המילים כדי לשמוע את צליל השווא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בחלקים ללא סימון skip_n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ציד השווא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במשחק 'ציד השווא' מחפשים בתוך משפט את כל המילים שיש בהן סימן שווא ( ְ ) - שתי נקודות קטנות המופיעות מתחת לאות.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מילה עם שווא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מילה יש שווא?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סוּכָּרִיָּה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גְּלִידָה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תַּפּוּחַ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בַּיִת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מילה יש שווא?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שֻׁלְחָן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כִּסֵּא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סֵפֶר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יֶלֶד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באיזו מילה יש שווא?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קָרָה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יָפָה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וּמְתוּקָה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טוֹב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השווא מופיע...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מתחת לאות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מעל האות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בסוף המילה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באותיות אהו"י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תיאור מתאים לסימן השווא?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 נקודות אנכיות זו מתחת לזו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 ישר מתחת לאות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נקודה אחת מעל האות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עיגול קטן מתחת לאות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בסימן השווא יש שתי נקודות זו מתחת לזו.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שווא מופיע תמיד רק בתחילת המילה.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במילה 'קָרָה' מתוך המשפט בדוגמה יש שווא.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'גְּלִידָה' מתחילה באות עם שווא.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שווא הוא סוג של תנועה ארוכה.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במילה 'גְּלִידָה' יש __________ מתחת לאות הגימ"ל.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הסימן שמייצג שווא בנוי משתי __________ זו מתחת לזו.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במשפט 'הגלידה קרה ומתוקה' יש __________ מילים עם שווא.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המילה '__________' במשפט הדוגמה היא היחידה בלי שווא.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כדי למצוא שווא במשפט צריך לקרוא כל __________ בעיון.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התאמה: יש שווא או אין שווא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גְּלִידָה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אין שווא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קָרָה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יש שווא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מְתוּקָה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אין שווא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יָפֶה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יש שווא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שֻׁלְחָן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יש שווא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הפעולות במשחק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עוברים למשפט הבא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מקישים על המילים שיש בהן שווא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מחפשים בכל מילה סימן שווא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המשפט שמופיע על המסך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שני משפטים קצרים שיש בהם לפחות מילה אחת עם שווא, והקיפו את המילה עם השווא.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הסימן שמייצג שווא?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אחת שיש בה שווא.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מילה מתוך המשפט 'הגלידה קרה ומתוקה' אין בה שווא?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ציד השווא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