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ציד השווא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סימן השווא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בקול מילים עם שווא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מילה שיש בה שווא למילה שאין בה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מילה עם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גְּלִידָה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שֻׁלְחָן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וּמְתוּקָה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מתחת 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שתי נקודות אנכיות זו מתחת לזו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נראה סימן השווא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שווא יכול להופיע בכל מקום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במילה 'קָרָה' אין סימן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האות גימ"ל בתחילת המילה מנוקדת בשווא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שווא הוא סימן מיוחד ולא תנועה רגילה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יש שווא או אין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(יש שווא)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(אין שווא)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(יש שווא)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(אין שווא)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(יש שווא)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המשפט שמופיע על המסך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בכל מילה סימן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מקישים על המילים שיש בהן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עוברים למשפט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תקינים, כל אחד מכיל מילה אחת לפחות עם שווא מסומנת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נקודות אנכיות מתחת 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נכונה שיש בה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המשחק על 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לקרוא בקול את המילים כדי לשמוע את צליל השווא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ציד השווא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מחפשים מילים עם שווא. שווא הוא סימן קטן של שתי נקודות מתחת לאות.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ניקוד - שתי נקודות זו מתחת לזו, מתחת לאות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קטנים שעוזרים לקרוא מילה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צליל שעוזר לבטא את האות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של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כתיבה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יחד שיש בהן משמעות שלמה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מילה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סמנו את המילה עם השווא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סוּכָּרִיָּה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גְּלִידָה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תַּפּוּחַ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סמנו את המילה עם השווא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שֻׁלְחָן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כִּסֵּא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סֵפֶר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יֶלֶד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סמנו את המילה עם השווא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קָרָה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יָפָה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וּמְתוּקָה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טוֹב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נמצא השווא באות?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מתחת 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מעל האות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בסוף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באותיות אהו"י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נראה סימן השווא?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נקודות אנכיות זו מתחת לזו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 ישר מתחת 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נקודה אחת מעל האות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עיגול קטן מתחת לאות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בסימן השווא יש שתי נקודות זו מתחת לזו.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מופיע תמיד רק בתחילת המילה.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'קָרָה' מתוך המשפט בדוגמה יש שווא.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'גְּלִידָה' מתחילה באות עם שווא.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הוא סוג של תנועה ארוכה.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במילה 'גְּלִידָה' יש __________ מתחת לאות הגימ"ל.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הסימן שמייצג שווא בנוי משתי __________ זו מתחת לזו.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'הגלידה קרה ומתוקה' יש __________ מילים עם שווא.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'__________' במשפט הדוגמה היא היחידה בלי שווא.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למצוא שווא במשפט צריך לקרוא כל __________ בעיון.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יש שווא או אין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גְּלִידָה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 שווא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קָרָה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 שווא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מְתוּקָה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אין שווא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יָפֶה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אין שווא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שֻׁלְחָן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 שווא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בכל מילה סימן שווא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המשפט שמופיע על המסך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למשפט הבא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מקישים על המילים שיש בהן שווא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קצרים שיש בהם לפחות מילה אחת עם שווא, והקיפו את המילה עם השווא.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הסימן שמייצג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אחת שיש בה שווא.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מתוך המשפט 'הגלידה קרה ומתוקה' אין בה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ציד השווא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