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🧩 מי לא שייך? – שמות תואר וקריאה עם שווא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ציד השווא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סימן השווא במילים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לקרוא בקול מילים עם שווא בצורה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מילה שיש בה שווא למילה שאין בה שווא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מילה עם שווא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גְּלִידָה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שֻׁלְחָן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נראה סימן השווא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במילה 'קָרָה' אין סימן שווא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שווא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נקודות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התאמה: יש שווא או אין שווא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(יש שווא)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(אין שווא)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(אין שווא)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הפעולות במשחק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קוראים את המשפט שמופיע על המסך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מחפשים בכל מילה סימן שווא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מקישים על המילים שיש בהן שווא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עוברים למשפט הבא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עצמית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שתי נקודות אנכיות מתחת לאות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מילה נכונה שיש בה שווא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הנכונה: קרה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להדגים את המשחק על הלוח לפני התרגול העצמאי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תלמידים לקרוא בקול את המילים כדי לשמוע את צליל השווא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להתמקד בחלקים ללא סימון skip_n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🧩 מי לא שייך? – שמות תואר וקריאה עם שווא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ציד השווא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במשחק 'ציד השווא' מחפשים בתוך משפט את כל המילים שיש בהן סימן שווא ( ְ ) - שתי נקודות קטנות המופיעות מתחת לאות.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שווא  ·  נקודות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זיהוי מילה עם שווא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באיזו מילה יש שווא?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סוּכָּרִיָּה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גְּלִידָה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תַּפּוּחַ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באיזו מילה יש שווא?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שֻׁלְחָן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כִּסֵּא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סֵפֶר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בסימן השווא יש שתי נקודות זו מתחת לזו.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במילה 'קָרָה' מתוך המשפט בדוגמה יש שווא.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במילה 'גְּלִידָה' יש __________ מתחת לאות הגימ"ל.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הסימן שמייצג שווא בנוי משתי __________ זו מתחת לזו.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התאמה: יש שווא או אין שווא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גְּלִידָה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אין שווא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קָרָה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יש שווא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יָפֶה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אין שווא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הפעולות במשחק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מקישים על המילים שיש בהן שווא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עוברים למשפט הבא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מחפשים בכל מילה סימן שווא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קוראים את המשפט שמופיע על המסך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עצמית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הסימן שמייצג שווא?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למילה אחת שיש בה שווא.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ציד השווא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